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年终总结与工作汇报五步法</w:t>
      </w:r>
    </w:p>
    <w:p>
      <w:pPr>
        <w:pStyle w:val="Subtitle"/>
      </w:pPr>
      <w:r>
        <w:t>把工作结果讲清楚 让真实贡献被看见</w:t>
      </w:r>
    </w:p>
    <w:p>
      <w:r>
        <w:t>工作汇报要让听众看清：你做成了什么，结果为什么会这样，接下来准备怎样推进。把真实发生过的判断、行动和结果连起来，听众才有依据理解你的工作价值。</w:t>
      </w:r>
    </w:p>
    <w:p>
      <w:r>
        <w:t>这套五步法适用于年终总结、季度复盘和阶段性汇报。准备内容时，先按下表搭好主线，再补充证据和细节。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2088"/>
        <w:gridCol w:w="7056"/>
      </w:tblGrid>
      <w:tr>
        <w:trPr>
          <w:cantSplit/>
          <w:tblHeader/>
        </w:trPr>
        <w:tc>
          <w:tcPr>
            <w:tcW w:type="dxa" w:w="7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  <w:shd w:fill="F0F0F0"/>
          </w:tcPr>
          <w:p>
            <w:pPr>
              <w:spacing w:after="0" w:line="320" w:lineRule="exact"/>
              <w:jc w:val="center"/>
            </w:pPr>
            <w:r>
              <w:rPr>
                <w:b/>
                <w:sz w:val="21"/>
              </w:rPr>
              <w:t>步骤</w:t>
            </w:r>
          </w:p>
        </w:tc>
        <w:tc>
          <w:tcPr>
            <w:tcW w:type="dxa" w:w="208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  <w:shd w:fill="F0F0F0"/>
          </w:tcPr>
          <w:p>
            <w:pPr>
              <w:spacing w:after="0" w:line="320" w:lineRule="exact"/>
              <w:jc w:val="left"/>
            </w:pPr>
            <w:r>
              <w:rPr>
                <w:b/>
                <w:sz w:val="21"/>
              </w:rPr>
              <w:t>要讲什么</w:t>
            </w:r>
          </w:p>
        </w:tc>
        <w:tc>
          <w:tcPr>
            <w:tcW w:type="dxa" w:w="70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  <w:shd w:fill="F0F0F0"/>
          </w:tcPr>
          <w:p>
            <w:pPr>
              <w:spacing w:after="0" w:line="320" w:lineRule="exact"/>
              <w:jc w:val="left"/>
            </w:pPr>
            <w:r>
              <w:rPr>
                <w:b/>
                <w:sz w:val="21"/>
              </w:rPr>
              <w:t>听众要听明白什么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center"/>
            </w:pPr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208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先讲成绩</w:t>
            </w:r>
          </w:p>
        </w:tc>
        <w:tc>
          <w:tcPr>
            <w:tcW w:type="dxa" w:w="70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本阶段最重要的结果是什么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center"/>
            </w:pPr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208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分析成绩</w:t>
            </w:r>
          </w:p>
        </w:tc>
        <w:tc>
          <w:tcPr>
            <w:tcW w:type="dxa" w:w="70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成绩怎样取得，问题出在哪里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center"/>
            </w:pPr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208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制定计划</w:t>
            </w:r>
          </w:p>
        </w:tc>
        <w:tc>
          <w:tcPr>
            <w:tcW w:type="dxa" w:w="70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下一阶段具体怎样推进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center"/>
            </w:pPr>
            <w:r>
              <w:rPr>
                <w:b w:val="0"/>
                <w:sz w:val="21"/>
              </w:rPr>
              <w:t>4</w:t>
            </w:r>
          </w:p>
        </w:tc>
        <w:tc>
          <w:tcPr>
            <w:tcW w:type="dxa" w:w="208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讲真实感受</w:t>
            </w:r>
          </w:p>
        </w:tc>
        <w:tc>
          <w:tcPr>
            <w:tcW w:type="dxa" w:w="70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经历了什么，从中学到了什么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center"/>
            </w:pPr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208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主动定目标</w:t>
            </w:r>
          </w:p>
        </w:tc>
        <w:tc>
          <w:tcPr>
            <w:tcW w:type="dxa" w:w="70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下一阶段要达到什么标准，依据是什么</w:t>
            </w:r>
          </w:p>
        </w:tc>
      </w:tr>
    </w:tbl>
    <w:p>
      <w:pPr>
        <w:spacing w:after="20"/>
      </w:pPr>
    </w:p>
    <w:p>
      <w:pPr>
        <w:pStyle w:val="Heading1"/>
      </w:pPr>
      <w:r>
        <w:t>第一步 结论先行讲成绩</w:t>
      </w:r>
    </w:p>
    <w:p>
      <w:r>
        <w:t>开头直接交代本阶段最重要的成果。让听众先知道结果，再决定哪些过程值得展开。把时间花在有价值的信息上。</w:t>
      </w:r>
    </w:p>
    <w:p>
      <w:r>
        <w:t>通常挑两三项最有价值的成绩即可。筛选时看它是否解决了重要问题、带来了可核实的变化，以及与你承担的职责是否相关。事项多时先归类，避免逐项念工作流水账。</w:t>
      </w:r>
    </w:p>
    <w:p>
      <w:r>
        <w:rPr>
          <w:b/>
        </w:rPr>
        <w:t>每项成绩至少说清结果和比较基准。</w:t>
      </w:r>
      <w:r>
        <w:t xml:space="preserve"> 比如与目标比、与上一阶段比，或者与调整前比。数据带上时间、单位和统计口径。</w:t>
      </w:r>
    </w:p>
    <w:p>
      <w:pPr>
        <w:pStyle w:val="Heading2"/>
      </w:pPr>
      <w:r>
        <w:t>开场可以这样讲</w:t>
      </w:r>
    </w:p>
    <w:p>
      <w:pPr>
        <w:ind w:left="259" w:right="173"/>
      </w:pPr>
      <w:r>
        <w:t>今年我重点完成了三件事：第一，〔最重要的成果〕；第二，〔另一项成果〕；第三，〔解决的关键问题〕。其中变化最大的是〔重点成果〕，下面我具体讲它是怎么发生的。</w:t>
      </w:r>
    </w:p>
    <w:p>
      <w:r>
        <w:br w:type="page"/>
      </w:r>
    </w:p>
    <w:p>
      <w:pPr>
        <w:pStyle w:val="Heading1"/>
      </w:pPr>
      <w:r>
        <w:t>第二步 分析成绩讲出真实贡献</w:t>
      </w:r>
    </w:p>
    <w:p>
      <w:r>
        <w:t>报出成绩以后，要继续解释成绩怎样发生。</w:t>
      </w:r>
      <w:r>
        <w:rPr>
          <w:b/>
        </w:rPr>
        <w:t>结果让人知道你做到了什么，分析让人看见你的判断和解决问题的能力。</w:t>
      </w:r>
      <w:r>
        <w:t xml:space="preserve"> 这一步应当成为汇报的重点。</w:t>
      </w:r>
    </w:p>
    <w:p>
      <w:pPr>
        <w:pStyle w:val="Heading2"/>
      </w:pPr>
      <w:r>
        <w:t>成绩好 讲清增量怎么来的</w:t>
      </w:r>
    </w:p>
    <w:p>
      <w:r>
        <w:t>假设去年业绩是1000万元，今年是1500万元。新增500万元只是结果。接下来要回答：这500万元来自哪里，哪些关键举措发挥了作用，变化的转折点在哪里。</w:t>
      </w:r>
    </w:p>
    <w:p>
      <w:pPr>
        <w:pStyle w:val="ListBullet"/>
        <w:spacing w:after="100"/>
      </w:pPr>
      <w:r>
        <w:rPr>
          <w:b/>
        </w:rPr>
        <w:t>交代起点。</w:t>
      </w:r>
      <w:r>
        <w:t xml:space="preserve"> 之前卡在哪里，为什么需要调整。</w:t>
      </w:r>
    </w:p>
    <w:p>
      <w:pPr>
        <w:pStyle w:val="ListBullet"/>
        <w:spacing w:after="100"/>
      </w:pPr>
      <w:r>
        <w:rPr>
          <w:b/>
        </w:rPr>
        <w:t>讲清关键动作。</w:t>
      </w:r>
      <w:r>
        <w:t xml:space="preserve"> 你作了什么判断、采取了什么措施，团队怎样协作。</w:t>
      </w:r>
    </w:p>
    <w:p>
      <w:pPr>
        <w:pStyle w:val="ListBullet"/>
        <w:spacing w:after="100"/>
      </w:pPr>
      <w:r>
        <w:rPr>
          <w:b/>
        </w:rPr>
        <w:t>拿出变化证据。</w:t>
      </w:r>
      <w:r>
        <w:t xml:space="preserve"> 哪个节点出现了什么变化，数据、案例或过程记录能说明什么。</w:t>
      </w:r>
    </w:p>
    <w:p>
      <w:pPr>
        <w:pStyle w:val="ListBullet"/>
        <w:spacing w:after="100"/>
      </w:pPr>
      <w:r>
        <w:rPr>
          <w:b/>
        </w:rPr>
        <w:t>提炼可复用方法。</w:t>
      </w:r>
      <w:r>
        <w:t xml:space="preserve"> 哪个做法可以继续使用，适用条件是什么，其他同事能怎样借鉴。</w:t>
      </w:r>
    </w:p>
    <w:p>
      <w:pPr>
        <w:pStyle w:val="Heading2"/>
      </w:pPr>
      <w:r>
        <w:t>从报数字到解释贡献</w:t>
      </w:r>
    </w:p>
    <w:p>
      <w:pPr>
        <w:ind w:left="259" w:right="173"/>
      </w:pPr>
      <w:r>
        <w:t>只报结果：今年业绩从1000万元增长到1500万元。</w:t>
      </w:r>
    </w:p>
    <w:p>
      <w:pPr>
        <w:ind w:left="259" w:right="173"/>
      </w:pPr>
      <w:r>
        <w:t>展开分析：今年业绩比去年增加500万元。针对〔原有问题〕，团队采取了〔关键举措〕，我主要负责〔具体动作〕。在〔关键节点〕之后，〔过程指标或业务情况〕出现了变化，最终形成了〔可核实结果〕。其中，〔方法〕可以用于后续的〔适用场景〕。</w:t>
      </w:r>
    </w:p>
    <w:p>
      <w:r>
        <w:t>解释贡献时，把个人职责、团队协作和外部条件交代清楚。将措施与结果联系起来，需要有证据支撑，不能把所有增长都归到自己身上。</w:t>
      </w:r>
    </w:p>
    <w:p>
      <w:pPr>
        <w:pStyle w:val="Heading2"/>
      </w:pPr>
      <w:r>
        <w:t>成绩不好 讲清差距和改进方向</w:t>
      </w:r>
    </w:p>
    <w:p>
      <w:r>
        <w:t>没有达成目标，也应如实交代结果。讲清差距，再把原因拆到具体环节：哪些判断、动作或资源条件影响了结果，哪些是自己能够调整的。</w:t>
      </w:r>
    </w:p>
    <w:p>
      <w:r>
        <w:t>就像孩子考试只考了60分，如果他能讲清哪些题型失分、下一步准备怎样补齐，家长就更容易看到改进的方向。工作汇报也一样，分析越具体，后续计划越有依据。</w:t>
      </w:r>
    </w:p>
    <w:p>
      <w:pPr>
        <w:ind w:left="259" w:right="173"/>
      </w:pPr>
      <w:r>
        <w:t>表达模板：本阶段目标是〔目标〕，实际完成〔结果〕，差距为〔差距〕。目前查明的主要原因是〔具体原因〕，依据是〔事实或数据〕。下一阶段优先调整〔可控动作〕，在〔节点〕复核是否改善。</w:t>
      </w:r>
    </w:p>
    <w:p>
      <w:r>
        <w:br w:type="page"/>
      </w:r>
    </w:p>
    <w:p>
      <w:pPr>
        <w:pStyle w:val="Heading1"/>
      </w:pPr>
      <w:r>
        <w:t>第三步 根据分析制定下一阶段计划</w:t>
      </w:r>
    </w:p>
    <w:p>
      <w:r>
        <w:t>计划要接住前面的分析。做得好的地方，考虑怎样复用；存在的问题，明确下一步改什么。让听众看得出每一项安排是在解决哪个问题。</w:t>
      </w:r>
    </w:p>
    <w:p>
      <w:r>
        <w:rPr>
          <w:b/>
        </w:rPr>
        <w:t>一项可执行的计划，要说明做什么、谁负责、何时完成、怎么检查。</w:t>
      </w:r>
      <w:r>
        <w:t xml:space="preserve"> 涉及其他部门时，还应交代需要谁配合、需要什么支持。</w:t>
      </w:r>
    </w:p>
    <w:p>
      <w:pPr>
        <w:pStyle w:val="Heading2"/>
      </w:pPr>
      <w:r>
        <w:t>把加强培训写成具体安排</w:t>
      </w:r>
    </w:p>
    <w:p>
      <w:r>
        <w:t>假设分析发现，客户沟通中反复遇到相似问题，就可以围绕这些问题安排销售培训。下面是一种可调整的安排：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4032"/>
        <w:gridCol w:w="489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  <w:shd w:fill="F0F0F0"/>
          </w:tcPr>
          <w:p>
            <w:pPr>
              <w:spacing w:after="0" w:line="320" w:lineRule="exact"/>
              <w:jc w:val="center"/>
            </w:pPr>
            <w:r>
              <w:rPr>
                <w:b/>
                <w:sz w:val="21"/>
              </w:rPr>
              <w:t>阶段</w:t>
            </w:r>
          </w:p>
        </w:tc>
        <w:tc>
          <w:tcPr>
            <w:tcW w:type="dxa" w:w="403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  <w:shd w:fill="F0F0F0"/>
          </w:tcPr>
          <w:p>
            <w:pPr>
              <w:spacing w:after="0" w:line="320" w:lineRule="exact"/>
              <w:jc w:val="left"/>
            </w:pPr>
            <w:r>
              <w:rPr>
                <w:b/>
                <w:sz w:val="21"/>
              </w:rPr>
              <w:t>具体动作</w:t>
            </w:r>
          </w:p>
        </w:tc>
        <w:tc>
          <w:tcPr>
            <w:tcW w:type="dxa" w:w="489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  <w:shd w:fill="F0F0F0"/>
          </w:tcPr>
          <w:p>
            <w:pPr>
              <w:spacing w:after="0" w:line="320" w:lineRule="exact"/>
              <w:jc w:val="left"/>
            </w:pPr>
            <w:r>
              <w:rPr>
                <w:b/>
                <w:sz w:val="21"/>
              </w:rPr>
              <w:t>检查方式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center"/>
            </w:pPr>
            <w:r>
              <w:rPr>
                <w:b w:val="0"/>
                <w:sz w:val="21"/>
              </w:rPr>
              <w:t>第1周</w:t>
            </w:r>
          </w:p>
        </w:tc>
        <w:tc>
          <w:tcPr>
            <w:tcW w:type="dxa" w:w="403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复盘高频客户问题和沟通记录</w:t>
            </w:r>
          </w:p>
        </w:tc>
        <w:tc>
          <w:tcPr>
            <w:tcW w:type="dxa" w:w="489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列出优先解决的问题与真实案例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center"/>
            </w:pPr>
            <w:r>
              <w:rPr>
                <w:b w:val="0"/>
                <w:sz w:val="21"/>
              </w:rPr>
              <w:t>第2周</w:t>
            </w:r>
          </w:p>
        </w:tc>
        <w:tc>
          <w:tcPr>
            <w:tcW w:type="dxa" w:w="403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围绕重点问题练习回应方法</w:t>
            </w:r>
          </w:p>
        </w:tc>
        <w:tc>
          <w:tcPr>
            <w:tcW w:type="dxa" w:w="489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用角色演练检查能否说清楚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center"/>
            </w:pPr>
            <w:r>
              <w:rPr>
                <w:b w:val="0"/>
                <w:sz w:val="21"/>
              </w:rPr>
              <w:t>第3周</w:t>
            </w:r>
          </w:p>
        </w:tc>
        <w:tc>
          <w:tcPr>
            <w:tcW w:type="dxa" w:w="403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在实际业务中使用并复盘</w:t>
            </w:r>
          </w:p>
        </w:tc>
        <w:tc>
          <w:tcPr>
            <w:tcW w:type="dxa" w:w="489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记录哪些方法有效 哪些仍需调整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center"/>
            </w:pPr>
            <w:r>
              <w:rPr>
                <w:b w:val="0"/>
                <w:sz w:val="21"/>
              </w:rPr>
              <w:t>第4周</w:t>
            </w:r>
          </w:p>
        </w:tc>
        <w:tc>
          <w:tcPr>
            <w:tcW w:type="dxa" w:w="403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对照前期情况评估与修订</w:t>
            </w:r>
          </w:p>
        </w:tc>
        <w:tc>
          <w:tcPr>
            <w:tcW w:type="dxa" w:w="489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line="320" w:lineRule="exact"/>
              <w:jc w:val="left"/>
            </w:pPr>
            <w:r>
              <w:rPr>
                <w:b w:val="0"/>
                <w:sz w:val="21"/>
              </w:rPr>
              <w:t>用同口径业务数据和案例检查变化</w:t>
            </w:r>
          </w:p>
        </w:tc>
      </w:tr>
    </w:tbl>
    <w:p>
      <w:pPr>
        <w:spacing w:after="20"/>
      </w:pPr>
    </w:p>
    <w:p>
      <w:r>
        <w:t>这里的周次只是安排示例，实际周期应根据业务节奏调整。检验效果时，把过程变化和最终结果分别说明，避免培训做完了却不知道解决了什么。</w:t>
      </w:r>
    </w:p>
    <w:p>
      <w:pPr>
        <w:ind w:left="259" w:right="173"/>
      </w:pPr>
      <w:r>
        <w:t>计划范句：针对〔问题〕，我计划在〔时间〕前完成〔动作〕，由〔负责人〕推进，需要〔协作或资源〕。我们将在〔复核节点〕，通过〔检查方式〕判断是否达到预期。</w:t>
      </w:r>
    </w:p>
    <w:p>
      <w:pPr>
        <w:pStyle w:val="Heading1"/>
      </w:pPr>
      <w:r>
        <w:t>第四步 用具体经历讲真实感受</w:t>
      </w:r>
    </w:p>
    <w:p>
      <w:r>
        <w:t>前三步讲清工作逻辑，这一步补充你在工作中的体验、成长和关系。可以讲与领导、同事合作的一件事，也可以讲你对公司或行业认识发生变化的一个瞬间。</w:t>
      </w:r>
    </w:p>
    <w:p>
      <w:r>
        <w:rPr>
          <w:b/>
        </w:rPr>
        <w:t>挑一件真实的小事展开。</w:t>
      </w:r>
      <w:r>
        <w:t xml:space="preserve"> 当时遇到了什么困难，谁的哪个动作帮助了你，你因此学到了什么，后来怎样用在了工作里。具体细节比一串感谢和口号更容易被记住。</w:t>
      </w:r>
    </w:p>
    <w:p>
      <w:pPr>
        <w:ind w:left="259" w:right="173"/>
      </w:pPr>
      <w:r>
        <w:t>表达模板：在〔具体事件〕中，我遇到了〔困难〕。〔某个人或团队〕通过〔具体帮助〕推动了事情解决。这个经历让我意识到〔认识〕，之后我在〔工作场景〕里开始采用〔新做法〕。</w:t>
      </w:r>
    </w:p>
    <w:p>
      <w:r>
        <w:t>感受部分保持简短，与前面的工作相连接。感谢说清具体的人和事，成长说清自己的改变。</w:t>
      </w:r>
    </w:p>
    <w:p>
      <w:r>
        <w:br w:type="page"/>
      </w:r>
    </w:p>
    <w:p>
      <w:pPr>
        <w:pStyle w:val="Heading1"/>
      </w:pPr>
      <w:r>
        <w:t>第五步 主动提出有依据的目标</w:t>
      </w:r>
    </w:p>
    <w:p>
      <w:r>
        <w:t>先提出自己的目标，可以让你更主动地参与下一阶段目标和执行条件的讨论。汇报时，把目标、判断依据和需要的支持一起讲清楚。</w:t>
      </w:r>
    </w:p>
    <w:p>
      <w:pPr>
        <w:pStyle w:val="Heading2"/>
      </w:pPr>
      <w:r>
        <w:t>把目标与行动计划分开说清</w:t>
      </w:r>
    </w:p>
    <w:p>
      <w:r>
        <w:t>第三步讲的是接下来怎样做，第五步讲的是准备做到什么程度。比如，开展培训是行动；计划在什么周期内，解决哪类问题、达到什么标准，才是目标。两者需要对应。</w:t>
      </w:r>
    </w:p>
    <w:p>
      <w:pPr>
        <w:pStyle w:val="Heading2"/>
      </w:pPr>
      <w:r>
        <w:t>给承诺留出合理余量</w:t>
      </w:r>
    </w:p>
    <w:p>
      <w:r>
        <w:t>评估目标时，要把现有能力、可用资源、临时任务和不确定性算进去。如果用“十分力气”比喻能力，承诺时就不宜把全部余力都占满；留多少余量，应结合岗位要求和实际工作量判断。</w:t>
      </w:r>
    </w:p>
    <w:p>
      <w:r>
        <w:t>可以区分稳定兑现的部分与需要额外条件才能争取的部分。主动说明资源缺口、协作要求和复核节点，让目标既有挑战，也有执行依据。</w:t>
      </w:r>
    </w:p>
    <w:p>
      <w:pPr>
        <w:ind w:left="259" w:right="173"/>
      </w:pPr>
      <w:r>
        <w:t>表达模板：结合本阶段结果和现有资源，我建议下一阶段以〔目标〕为重点，在〔时间〕前达到〔标准〕。为此需要〔关键条件〕；若〔条件变化〕，我们将在〔复核节点〕重新评估安排。</w:t>
      </w:r>
    </w:p>
    <w:p>
      <w:pPr>
        <w:pStyle w:val="Heading1"/>
      </w:pPr>
      <w:r>
        <w:t>可直接填写的五部分汇报提纲</w:t>
      </w:r>
    </w:p>
    <w:p>
      <w:r>
        <w:t>先用下面的提纲写出一页内容，再补充数据、案例和需要展示的页面。括号内替换为自己的真实信息。</w:t>
      </w:r>
    </w:p>
    <w:p>
      <w:r>
        <w:rPr>
          <w:b/>
        </w:rPr>
        <w:t>一 本阶段成绩</w:t>
      </w:r>
      <w:r>
        <w:br/>
        <w:t>本阶段最重要的成果是〔成果一〕、〔成果二〕和〔成果三〕。与〔目标或上一阶段〕相比，主要变化是〔变化〕。</w:t>
      </w:r>
    </w:p>
    <w:p>
      <w:r>
        <w:rPr>
          <w:b/>
        </w:rPr>
        <w:t>二 成绩分析</w:t>
      </w:r>
      <w:r>
        <w:br/>
        <w:t>围绕〔关键问题〕，我采取了〔动作〕，承担了〔职责〕。〔证据〕说明了变化。可复用的做法是〔方法〕；目前仍存在〔不足〕。</w:t>
      </w:r>
    </w:p>
    <w:p>
      <w:r>
        <w:rPr>
          <w:b/>
        </w:rPr>
        <w:t>三 下一阶段计划</w:t>
      </w:r>
      <w:r>
        <w:br/>
        <w:t>针对〔问题或机会〕，将在〔节点〕前，由〔负责人〕完成〔动作〕，通过〔检查方式〕判断进展，需要〔支持〕。</w:t>
      </w:r>
    </w:p>
    <w:p>
      <w:r>
        <w:rPr>
          <w:b/>
        </w:rPr>
        <w:t>四 真实感受</w:t>
      </w:r>
      <w:r>
        <w:br/>
        <w:t>〔一件具体的事〕让我认识到〔体会〕，之后我在工作中作出了〔变化〕。</w:t>
      </w:r>
    </w:p>
    <w:p>
      <w:r>
        <w:rPr>
          <w:b/>
        </w:rPr>
        <w:t>五 下一阶段目标</w:t>
      </w:r>
      <w:r>
        <w:br/>
        <w:t>结合〔依据〕，建议在〔时间〕前达到〔标准〕，关键条件是〔条件〕，并在〔节点〕复核。</w:t>
      </w:r>
    </w:p>
    <w:p>
      <w:r>
        <w:br w:type="page"/>
      </w:r>
    </w:p>
    <w:p>
      <w:pPr>
        <w:pStyle w:val="Heading1"/>
      </w:pPr>
      <w:r>
        <w:t>上台前把内容讲顺</w:t>
      </w:r>
    </w:p>
    <w:p>
      <w:r>
        <w:t>提纲写完后，再检查它能不能被听懂。现场听众很难像读文档那样随时回看前文，表达要帮助他们跟上你的思路。</w:t>
      </w:r>
    </w:p>
    <w:p>
      <w:pPr>
        <w:pStyle w:val="Heading2"/>
      </w:pPr>
      <w:r>
        <w:t>开头尽快交代最重要的结果</w:t>
      </w:r>
    </w:p>
    <w:p>
      <w:r>
        <w:t>练习时先听自己的开头：听众能否在较短时间内知道你本次汇报的重点？礼貌问候后，尽快进入成绩与核心判断，再顺势带出后面的分析。</w:t>
      </w:r>
    </w:p>
    <w:p>
      <w:pPr>
        <w:pStyle w:val="Heading2"/>
      </w:pPr>
      <w:r>
        <w:t>让数字有比较对象</w:t>
      </w:r>
    </w:p>
    <w:p>
      <w:r>
        <w:t>只说“完成1500万元”，听众未必能判断它意味着什么。可以补充去年、目标或调整前的数据，并使用同一统计口径。讲到关键数字时稍作停顿，让听众有时间理解变化。</w:t>
      </w:r>
    </w:p>
    <w:p>
      <w:pPr>
        <w:pStyle w:val="Heading2"/>
      </w:pPr>
      <w:r>
        <w:t>用一个关键细节讲清过程</w:t>
      </w:r>
    </w:p>
    <w:p>
      <w:r>
        <w:t>介绍举措时，选最能说明判断和能力的转折点展开。讲清当时为什么这样做、具体怎样推动、后来出现了什么变化。其他过程保留在材料里，根据听众需要再展开。</w:t>
      </w:r>
    </w:p>
    <w:p>
      <w:pPr>
        <w:pStyle w:val="Heading2"/>
      </w:pPr>
      <w:r>
        <w:t>让页面与口头表达各有分工</w:t>
      </w:r>
    </w:p>
    <w:p>
      <w:r>
        <w:t>如果使用PPT，每页突出一个主要结论，页面放关键数据、对比或流程。口头补充判断依据和具体细节，避免照着整页长段落逐字念。讲感受时，给真实故事和表情留出空间。</w:t>
      </w:r>
    </w:p>
    <w:p>
      <w:pPr>
        <w:pStyle w:val="Heading2"/>
      </w:pPr>
      <w:r>
        <w:t>结束时落到下一步行动</w:t>
      </w:r>
    </w:p>
    <w:p>
      <w:r>
        <w:t>把最重要的目标、近期动作和需要协同的事项交代清楚，再结束汇报。如果需要听众确认资源或作出决定，应明确说出希望对方确认什么。</w:t>
      </w:r>
    </w:p>
    <w:p>
      <w:pPr>
        <w:pStyle w:val="Heading1"/>
      </w:pPr>
      <w:r>
        <w:t>提交与上台前检查清单</w:t>
      </w:r>
    </w:p>
    <w:p>
      <w:pPr>
        <w:pStyle w:val="ListBullet"/>
        <w:spacing w:after="100"/>
      </w:pPr>
      <w:r>
        <w:t>开头是否说清本阶段最重要的结果，听众能否迅速抓住重点。</w:t>
      </w:r>
    </w:p>
    <w:p>
      <w:pPr>
        <w:pStyle w:val="ListBullet"/>
        <w:spacing w:after="100"/>
      </w:pPr>
      <w:r>
        <w:t>成绩是否有真实证据，数据是否带齐时间、单位和比较基准。</w:t>
      </w:r>
    </w:p>
    <w:p>
      <w:pPr>
        <w:pStyle w:val="ListBullet"/>
        <w:spacing w:after="100"/>
      </w:pPr>
      <w:r>
        <w:t>分析是否讲清关键动作、个人职责和团队协作，可复用的方法是否有适用条件。</w:t>
      </w:r>
    </w:p>
    <w:p>
      <w:pPr>
        <w:pStyle w:val="ListBullet"/>
        <w:spacing w:after="100"/>
      </w:pPr>
      <w:r>
        <w:t>不足是否具体到可调整的环节，计划是否接住前面的分析。</w:t>
      </w:r>
    </w:p>
    <w:p>
      <w:pPr>
        <w:pStyle w:val="ListBullet"/>
        <w:spacing w:after="100"/>
      </w:pPr>
      <w:r>
        <w:t>计划是否明确负责人、时间节点、检查方式和必要支持。</w:t>
      </w:r>
    </w:p>
    <w:p>
      <w:pPr>
        <w:pStyle w:val="ListBullet"/>
        <w:spacing w:after="100"/>
      </w:pPr>
      <w:r>
        <w:t>感受是否来自真实事件，目标是否有依据并考虑执行余量。</w:t>
      </w:r>
    </w:p>
    <w:p>
      <w:pPr>
        <w:pStyle w:val="ListBullet"/>
        <w:spacing w:after="100"/>
      </w:pPr>
      <w:r>
        <w:t>是否按实际可用时间讲过一遍，删掉重复内容，并给重点和问答留出时间。</w:t>
      </w:r>
    </w:p>
    <w:sectPr w:rsidR="00FC693F" w:rsidRPr="0006063C" w:rsidSect="00034616">
      <w:pgSz w:w="12240" w:h="15840"/>
      <w:pgMar w:top="979" w:right="1152" w:bottom="936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60" w:lineRule="exact" w:after="120"/>
    </w:pPr>
    <w:rPr>
      <w:rFonts w:ascii="Microsoft YaHei" w:hAnsi="Microsoft YaHei" w:eastAsia="Microsoft YaHei" w:cs="Microsoft YaHei"/>
      <w:b w:val="0"/>
      <w:i w:val="0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 w:line="460" w:lineRule="exact"/>
      <w:outlineLvl w:val="0"/>
    </w:pPr>
    <w:rPr>
      <w:rFonts w:ascii="Microsoft YaHei" w:hAnsi="Microsoft YaHei" w:eastAsia="Microsoft YaHei" w:cs="Microsoft YaHei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 w:line="400" w:lineRule="exact"/>
      <w:outlineLvl w:val="1"/>
    </w:pPr>
    <w:rPr>
      <w:rFonts w:ascii="Microsoft YaHei" w:hAnsi="Microsoft YaHei" w:eastAsia="Microsoft YaHei" w:cs="Microsoft YaHei"/>
      <w:b/>
      <w:bCs/>
      <w:i w:val="0"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20" w:line="360" w:lineRule="exact"/>
      <w:outlineLvl w:val="2"/>
    </w:pPr>
    <w:rPr>
      <w:rFonts w:ascii="Microsoft YaHei" w:hAnsi="Microsoft YaHei" w:eastAsia="Microsoft YaHei" w:cs="Microsoft YaHei"/>
      <w:b/>
      <w:bCs/>
      <w:i w:val="0"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580" w:lineRule="exact" w:before="0"/>
      <w:contextualSpacing/>
    </w:pPr>
    <w:rPr>
      <w:rFonts w:ascii="Microsoft YaHei" w:hAnsi="Microsoft YaHei" w:eastAsia="Microsoft YaHei" w:cs="Microsoft YaHei"/>
      <w:b/>
      <w:i w:val="0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360" w:lineRule="exact" w:after="260"/>
    </w:pPr>
    <w:rPr>
      <w:rFonts w:ascii="Microsoft YaHei" w:hAnsi="Microsoft YaHei" w:eastAsia="Microsoft YaHei" w:cs="Microsoft YaHei"/>
      <w:b w:val="0"/>
      <w:i w:val="0"/>
      <w:iCs/>
      <w:color w:val="000000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60" w:lineRule="exact" w:after="120"/>
      <w:contextualSpacing/>
    </w:pPr>
    <w:rPr>
      <w:rFonts w:ascii="Microsoft YaHei" w:hAnsi="Microsoft YaHei" w:eastAsia="Microsoft YaHei" w:cs="Microsoft YaHei"/>
      <w:b w:val="0"/>
      <w:i w:val="0"/>
      <w:color w:val="000000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60" w:lineRule="exact" w:after="120"/>
      <w:contextualSpacing/>
    </w:pPr>
    <w:rPr>
      <w:rFonts w:ascii="Microsoft YaHei" w:hAnsi="Microsoft YaHei" w:eastAsia="Microsoft YaHei" w:cs="Microsoft YaHei"/>
      <w:b w:val="0"/>
      <w:i w:val="0"/>
      <w:color w:val="000000"/>
      <w:sz w:val="23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年终总结与工作汇报五步法</dc:title>
  <dc:subject>工作汇报的内容组织和上台表达</dc:subject>
  <dc:creator>伊森</dc:creator>
  <cp:keywords>工作汇报 年终总结 复盘 演讲 提纲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